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8B37E" w14:textId="77777777" w:rsidR="00866E1B" w:rsidRDefault="00B32505">
      <w:pPr>
        <w:spacing w:after="80"/>
      </w:pPr>
      <w:r>
        <w:rPr>
          <w:b/>
          <w:color w:val="1B365D"/>
          <w:sz w:val="44"/>
        </w:rPr>
        <w:t>Meldung zur Ausrichtung eines Minispielfestes</w:t>
      </w:r>
    </w:p>
    <w:p w14:paraId="34CAD80B" w14:textId="77777777" w:rsidR="00866E1B" w:rsidRDefault="00B32505">
      <w:pPr>
        <w:spacing w:after="480"/>
      </w:pPr>
      <w:r>
        <w:rPr>
          <w:i/>
          <w:color w:val="666666"/>
          <w:sz w:val="24"/>
        </w:rPr>
        <w:t>Antrags- und Informationsformular für ausrichtende Vereine</w:t>
      </w:r>
    </w:p>
    <w:p w14:paraId="64CEEDB8" w14:textId="77777777" w:rsidR="00866E1B" w:rsidRDefault="00B32505">
      <w:pPr>
        <w:keepNext/>
        <w:spacing w:before="320" w:after="160"/>
      </w:pPr>
      <w:r>
        <w:rPr>
          <w:b/>
          <w:color w:val="1B365D"/>
          <w:sz w:val="28"/>
        </w:rPr>
        <w:t>1. Allgemeine Informationen zum Minispielfest</w:t>
      </w:r>
    </w:p>
    <w:tbl>
      <w:tblPr>
        <w:tblW w:w="0" w:type="auto"/>
        <w:jc w:val="center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ook w:val="04A0" w:firstRow="1" w:lastRow="0" w:firstColumn="1" w:lastColumn="0" w:noHBand="0" w:noVBand="1"/>
      </w:tblPr>
      <w:tblGrid>
        <w:gridCol w:w="3312"/>
        <w:gridCol w:w="6048"/>
      </w:tblGrid>
      <w:tr w:rsidR="00866E1B" w14:paraId="0FFAF78F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1828FDF" w14:textId="77777777" w:rsidR="00866E1B" w:rsidRDefault="00B32505">
            <w:pPr>
              <w:spacing w:after="0"/>
            </w:pPr>
            <w:r>
              <w:rPr>
                <w:b/>
              </w:rPr>
              <w:t>Ausrichtender Verein: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8D64AA9" w14:textId="77777777" w:rsidR="00866E1B" w:rsidRDefault="00866E1B">
            <w:pPr>
              <w:spacing w:after="0"/>
            </w:pPr>
          </w:p>
        </w:tc>
      </w:tr>
      <w:tr w:rsidR="00866E1B" w14:paraId="163C67B3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F7EB56" w14:textId="77777777" w:rsidR="00866E1B" w:rsidRDefault="00B32505">
            <w:pPr>
              <w:spacing w:after="0"/>
            </w:pPr>
            <w:r>
              <w:rPr>
                <w:b/>
              </w:rPr>
              <w:t>Angebotene Altersklassen: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0C1989" w14:textId="77777777" w:rsidR="00866E1B" w:rsidRDefault="00B32505">
            <w:pPr>
              <w:spacing w:after="0"/>
            </w:pPr>
            <w:r>
              <w:t>[  ] F-Jugend   /   [  ] G-Jugend (Minis)</w:t>
            </w:r>
          </w:p>
        </w:tc>
      </w:tr>
      <w:tr w:rsidR="00866E1B" w14:paraId="0447144D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6630A15" w14:textId="77777777" w:rsidR="00866E1B" w:rsidRDefault="00B32505">
            <w:pPr>
              <w:spacing w:after="0"/>
            </w:pPr>
            <w:r>
              <w:rPr>
                <w:b/>
              </w:rPr>
              <w:t>Geplantes Datum: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086891E" w14:textId="77777777" w:rsidR="00866E1B" w:rsidRDefault="00866E1B">
            <w:pPr>
              <w:spacing w:after="0"/>
            </w:pPr>
          </w:p>
        </w:tc>
      </w:tr>
      <w:tr w:rsidR="00866E1B" w14:paraId="3A03FEBE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E27DA1" w14:textId="77777777" w:rsidR="00866E1B" w:rsidRDefault="00B32505">
            <w:pPr>
              <w:spacing w:after="0"/>
            </w:pPr>
            <w:r>
              <w:rPr>
                <w:b/>
              </w:rPr>
              <w:t>Uhrzeit (von - bis):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CFA510B" w14:textId="77777777" w:rsidR="00866E1B" w:rsidRDefault="00866E1B">
            <w:pPr>
              <w:spacing w:after="0"/>
            </w:pPr>
          </w:p>
        </w:tc>
      </w:tr>
      <w:tr w:rsidR="00866E1B" w14:paraId="59E8EC3D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650A081" w14:textId="77777777" w:rsidR="00866E1B" w:rsidRDefault="00B32505">
            <w:pPr>
              <w:spacing w:after="0"/>
            </w:pPr>
            <w:r>
              <w:rPr>
                <w:b/>
              </w:rPr>
              <w:t>Name der Sporthalle: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E2A5AC5" w14:textId="77777777" w:rsidR="00866E1B" w:rsidRDefault="00866E1B">
            <w:pPr>
              <w:spacing w:after="0"/>
            </w:pPr>
          </w:p>
        </w:tc>
      </w:tr>
      <w:tr w:rsidR="00866E1B" w14:paraId="02306E10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7BBD499" w14:textId="77777777" w:rsidR="00866E1B" w:rsidRDefault="00B32505">
            <w:pPr>
              <w:spacing w:after="0"/>
            </w:pPr>
            <w:r>
              <w:rPr>
                <w:b/>
              </w:rPr>
              <w:t>Genaue Adresse der Halle: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BD7D5C3" w14:textId="77777777" w:rsidR="00866E1B" w:rsidRDefault="00866E1B">
            <w:pPr>
              <w:spacing w:after="0"/>
            </w:pPr>
          </w:p>
        </w:tc>
      </w:tr>
    </w:tbl>
    <w:p w14:paraId="16FB1596" w14:textId="77777777" w:rsidR="00866E1B" w:rsidRDefault="00B32505">
      <w:pPr>
        <w:keepNext/>
        <w:spacing w:before="320" w:after="160"/>
      </w:pPr>
      <w:r>
        <w:rPr>
          <w:b/>
          <w:color w:val="1B365D"/>
          <w:sz w:val="28"/>
        </w:rPr>
        <w:t>2. Gesamt-Miniverantwortliche/r des Vereins</w:t>
      </w:r>
    </w:p>
    <w:tbl>
      <w:tblPr>
        <w:tblW w:w="0" w:type="auto"/>
        <w:jc w:val="center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ook w:val="04A0" w:firstRow="1" w:lastRow="0" w:firstColumn="1" w:lastColumn="0" w:noHBand="0" w:noVBand="1"/>
      </w:tblPr>
      <w:tblGrid>
        <w:gridCol w:w="3312"/>
        <w:gridCol w:w="6048"/>
      </w:tblGrid>
      <w:tr w:rsidR="00866E1B" w14:paraId="17812161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977D0B2" w14:textId="77777777" w:rsidR="00866E1B" w:rsidRDefault="00B32505">
            <w:pPr>
              <w:spacing w:after="0"/>
            </w:pPr>
            <w:r>
              <w:rPr>
                <w:b/>
              </w:rPr>
              <w:t>Name, Vorname: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48E05CB" w14:textId="77777777" w:rsidR="00866E1B" w:rsidRDefault="00866E1B">
            <w:pPr>
              <w:spacing w:after="0"/>
            </w:pPr>
          </w:p>
        </w:tc>
      </w:tr>
      <w:tr w:rsidR="00866E1B" w14:paraId="25E6F9BB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EA378A" w14:textId="77777777" w:rsidR="00866E1B" w:rsidRDefault="00B32505">
            <w:pPr>
              <w:spacing w:after="0"/>
            </w:pPr>
            <w:r>
              <w:rPr>
                <w:b/>
              </w:rPr>
              <w:t>Handynummer (für Spieltag):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76196E7" w14:textId="77777777" w:rsidR="00866E1B" w:rsidRDefault="00866E1B">
            <w:pPr>
              <w:spacing w:after="0"/>
            </w:pPr>
          </w:p>
        </w:tc>
      </w:tr>
      <w:tr w:rsidR="00866E1B" w14:paraId="59623322" w14:textId="77777777">
        <w:trPr>
          <w:jc w:val="center"/>
        </w:trPr>
        <w:tc>
          <w:tcPr>
            <w:tcW w:w="331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073E4C" w14:textId="77777777" w:rsidR="00866E1B" w:rsidRDefault="00B32505">
            <w:pPr>
              <w:spacing w:after="0"/>
            </w:pPr>
            <w:r>
              <w:rPr>
                <w:b/>
              </w:rPr>
              <w:t>E-Mail-Adresse:</w:t>
            </w:r>
          </w:p>
        </w:tc>
        <w:tc>
          <w:tcPr>
            <w:tcW w:w="604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EDA867" w14:textId="77777777" w:rsidR="00866E1B" w:rsidRDefault="00866E1B">
            <w:pPr>
              <w:spacing w:after="0"/>
            </w:pPr>
          </w:p>
        </w:tc>
      </w:tr>
    </w:tbl>
    <w:p w14:paraId="275096A4" w14:textId="77777777" w:rsidR="00866E1B" w:rsidRDefault="00B32505">
      <w:pPr>
        <w:keepNext/>
        <w:spacing w:before="320" w:after="160"/>
      </w:pPr>
      <w:r>
        <w:rPr>
          <w:b/>
          <w:color w:val="1B365D"/>
          <w:sz w:val="28"/>
        </w:rPr>
        <w:t>3. Spezifische Ansprechpartner für die Altersklassen</w:t>
      </w:r>
    </w:p>
    <w:tbl>
      <w:tblPr>
        <w:tblW w:w="0" w:type="auto"/>
        <w:jc w:val="center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ook w:val="04A0" w:firstRow="1" w:lastRow="0" w:firstColumn="1" w:lastColumn="0" w:noHBand="0" w:noVBand="1"/>
      </w:tblPr>
      <w:tblGrid>
        <w:gridCol w:w="3024"/>
        <w:gridCol w:w="3168"/>
        <w:gridCol w:w="3168"/>
      </w:tblGrid>
      <w:tr w:rsidR="00866E1B" w14:paraId="1D5496B8" w14:textId="77777777">
        <w:trPr>
          <w:jc w:val="center"/>
        </w:trPr>
        <w:tc>
          <w:tcPr>
            <w:tcW w:w="3024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59AFCBA5" w14:textId="77777777" w:rsidR="00866E1B" w:rsidRDefault="00B32505">
            <w:pPr>
              <w:spacing w:after="0"/>
            </w:pPr>
            <w:r>
              <w:rPr>
                <w:b/>
              </w:rPr>
              <w:t>Kategorie</w:t>
            </w:r>
          </w:p>
        </w:tc>
        <w:tc>
          <w:tcPr>
            <w:tcW w:w="3168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48247060" w14:textId="77777777" w:rsidR="00866E1B" w:rsidRDefault="00B32505">
            <w:pPr>
              <w:spacing w:after="0"/>
            </w:pPr>
            <w:r>
              <w:rPr>
                <w:b/>
                <w:color w:val="FFFFFF"/>
              </w:rPr>
              <w:t>Ansprechpartner F-Jugend</w:t>
            </w:r>
          </w:p>
        </w:tc>
        <w:tc>
          <w:tcPr>
            <w:tcW w:w="3168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38F8013F" w14:textId="77777777" w:rsidR="00866E1B" w:rsidRDefault="00B32505">
            <w:pPr>
              <w:spacing w:after="0"/>
            </w:pPr>
            <w:r>
              <w:rPr>
                <w:b/>
                <w:color w:val="FFFFFF"/>
              </w:rPr>
              <w:t>Ansprechpartner G-Jugend</w:t>
            </w:r>
          </w:p>
        </w:tc>
      </w:tr>
      <w:tr w:rsidR="00866E1B" w14:paraId="058E1ACB" w14:textId="77777777">
        <w:trPr>
          <w:jc w:val="center"/>
        </w:trPr>
        <w:tc>
          <w:tcPr>
            <w:tcW w:w="3024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26D999" w14:textId="77777777" w:rsidR="00866E1B" w:rsidRDefault="00B32505">
            <w:pPr>
              <w:spacing w:after="0"/>
            </w:pPr>
            <w:r>
              <w:rPr>
                <w:b/>
              </w:rPr>
              <w:t>Name, Vorname:</w:t>
            </w:r>
          </w:p>
        </w:tc>
        <w:tc>
          <w:tcPr>
            <w:tcW w:w="316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A76AABB" w14:textId="77777777" w:rsidR="00866E1B" w:rsidRDefault="00866E1B"/>
        </w:tc>
        <w:tc>
          <w:tcPr>
            <w:tcW w:w="316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80B435" w14:textId="77777777" w:rsidR="00866E1B" w:rsidRDefault="00866E1B"/>
        </w:tc>
      </w:tr>
      <w:tr w:rsidR="00866E1B" w14:paraId="09176C4C" w14:textId="77777777">
        <w:trPr>
          <w:jc w:val="center"/>
        </w:trPr>
        <w:tc>
          <w:tcPr>
            <w:tcW w:w="3024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7A68070" w14:textId="77777777" w:rsidR="00866E1B" w:rsidRDefault="00B32505">
            <w:pPr>
              <w:spacing w:after="0"/>
            </w:pPr>
            <w:r>
              <w:rPr>
                <w:b/>
              </w:rPr>
              <w:t>Telefon / Mobil:</w:t>
            </w:r>
          </w:p>
        </w:tc>
        <w:tc>
          <w:tcPr>
            <w:tcW w:w="316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99A265A" w14:textId="77777777" w:rsidR="00866E1B" w:rsidRDefault="00866E1B"/>
        </w:tc>
        <w:tc>
          <w:tcPr>
            <w:tcW w:w="3168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9BE001E" w14:textId="77777777" w:rsidR="00866E1B" w:rsidRDefault="00866E1B"/>
        </w:tc>
      </w:tr>
    </w:tbl>
    <w:p w14:paraId="62A25A93" w14:textId="77777777" w:rsidR="00866E1B" w:rsidRDefault="00B32505">
      <w:pPr>
        <w:keepNext/>
        <w:spacing w:before="900"/>
      </w:pPr>
      <w:r>
        <w:rPr>
          <w:color w:val="999999"/>
        </w:rPr>
        <w:t>___________________________                      ___________________________</w:t>
      </w:r>
      <w:r>
        <w:rPr>
          <w:color w:val="999999"/>
        </w:rPr>
        <w:br/>
      </w:r>
      <w:r>
        <w:rPr>
          <w:color w:val="666666"/>
          <w:sz w:val="20"/>
        </w:rPr>
        <w:t>Ort, Datum                                                    Unterschrift Vereinsvertreter</w:t>
      </w:r>
    </w:p>
    <w:sectPr w:rsidR="00866E1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0700903">
    <w:abstractNumId w:val="8"/>
  </w:num>
  <w:num w:numId="2" w16cid:durableId="553585952">
    <w:abstractNumId w:val="6"/>
  </w:num>
  <w:num w:numId="3" w16cid:durableId="971709307">
    <w:abstractNumId w:val="5"/>
  </w:num>
  <w:num w:numId="4" w16cid:durableId="437025627">
    <w:abstractNumId w:val="4"/>
  </w:num>
  <w:num w:numId="5" w16cid:durableId="287664797">
    <w:abstractNumId w:val="7"/>
  </w:num>
  <w:num w:numId="6" w16cid:durableId="907157317">
    <w:abstractNumId w:val="3"/>
  </w:num>
  <w:num w:numId="7" w16cid:durableId="1434784691">
    <w:abstractNumId w:val="2"/>
  </w:num>
  <w:num w:numId="8" w16cid:durableId="244845525">
    <w:abstractNumId w:val="1"/>
  </w:num>
  <w:num w:numId="9" w16cid:durableId="156290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9F8"/>
    <w:rsid w:val="00034616"/>
    <w:rsid w:val="0006063C"/>
    <w:rsid w:val="0015074B"/>
    <w:rsid w:val="0029639D"/>
    <w:rsid w:val="00326F90"/>
    <w:rsid w:val="00866E1B"/>
    <w:rsid w:val="00AA1D8D"/>
    <w:rsid w:val="00B32505"/>
    <w:rsid w:val="00B47730"/>
    <w:rsid w:val="00CB0664"/>
    <w:rsid w:val="00F966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C1E90"/>
  <w14:defaultImageDpi w14:val="300"/>
  <w15:docId w15:val="{94A8D165-C8F4-4997-81D8-2255C519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color w:val="333333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Markus Gross</cp:lastModifiedBy>
  <cp:revision>2</cp:revision>
  <dcterms:created xsi:type="dcterms:W3CDTF">2026-08-20T06:55:00Z</dcterms:created>
  <dcterms:modified xsi:type="dcterms:W3CDTF">2026-08-20T06:55:00Z</dcterms:modified>
  <cp:category/>
</cp:coreProperties>
</file>